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i w:val="0"/>
          <w:sz w:val="32"/>
        </w:rPr>
        <w:t>Заявление на отпуск: образцы</w:t>
      </w:r>
    </w:p>
    <w:p>
      <w:pPr>
        <w:spacing w:after="200"/>
        <w:jc w:val="both"/>
      </w:pPr>
      <w:r>
        <w:rPr>
          <w:b w:val="0"/>
          <w:i/>
          <w:sz w:val="20"/>
        </w:rPr>
        <w:t>Утверждённой формы заявления на отпуск законодательство не устанавливает — документ составляется в свободной форме. Ниже четыре образца под конкретные случаи, каждый со ссылкой на норму Трудового кодекса.</w:t>
      </w:r>
    </w:p>
    <w:p>
      <w:pPr>
        <w:spacing w:after="320"/>
        <w:jc w:val="both"/>
      </w:pPr>
      <w:r>
        <w:rPr>
          <w:b w:val="0"/>
          <w:i/>
          <w:sz w:val="20"/>
        </w:rPr>
        <w:t>Важно: при отпуске строго по графику отпусков заявление не требуется. Работодатель обязан известить работника о начале отпуска под роспись не позднее чем за две недели (ст. 123 ТК РФ) и издать приказ.</w:t>
      </w:r>
    </w:p>
    <w:p>
      <w:pPr>
        <w:spacing w:after="160"/>
      </w:pPr>
      <w:r>
        <w:rPr>
          <w:b/>
          <w:i w:val="0"/>
          <w:sz w:val="24"/>
        </w:rPr>
        <w:t>1. Ежегодный оплачиваемый отпуск (вне графика, по соглашению сторон)</w:t>
      </w:r>
    </w:p>
    <w:p>
      <w:pPr>
        <w:spacing w:after="0"/>
        <w:jc w:val="right"/>
      </w:pPr>
      <w:r>
        <w:rPr>
          <w:b w:val="0"/>
          <w:i w:val="0"/>
          <w:sz w:val="22"/>
        </w:rPr>
        <w:t>Руководителю ______________________________</w:t>
      </w:r>
    </w:p>
    <w:p>
      <w:pPr>
        <w:spacing w:after="0"/>
        <w:jc w:val="right"/>
      </w:pPr>
      <w:r>
        <w:rPr>
          <w:b w:val="0"/>
          <w:i/>
          <w:sz w:val="16"/>
        </w:rPr>
        <w:t>(наименование организации)</w:t>
      </w:r>
    </w:p>
    <w:p>
      <w:pPr>
        <w:spacing w:after="0"/>
        <w:jc w:val="right"/>
      </w:pPr>
      <w:r>
        <w:rPr>
          <w:b w:val="0"/>
          <w:i w:val="0"/>
          <w:sz w:val="22"/>
        </w:rPr>
        <w:t>______________________________</w:t>
      </w:r>
    </w:p>
    <w:p>
      <w:pPr>
        <w:spacing w:after="0"/>
        <w:jc w:val="right"/>
      </w:pPr>
      <w:r>
        <w:rPr>
          <w:b w:val="0"/>
          <w:i/>
          <w:sz w:val="16"/>
        </w:rPr>
        <w:t>(должность, фамилия, инициалы руководителя)</w:t>
      </w:r>
    </w:p>
    <w:p>
      <w:pPr>
        <w:spacing w:after="0"/>
        <w:jc w:val="right"/>
      </w:pPr>
      <w:r>
        <w:rPr>
          <w:b w:val="0"/>
          <w:i w:val="0"/>
          <w:sz w:val="22"/>
        </w:rPr>
        <w:t>от ______________________________</w:t>
      </w:r>
    </w:p>
    <w:p>
      <w:pPr>
        <w:spacing w:after="280"/>
        <w:jc w:val="right"/>
      </w:pPr>
      <w:r>
        <w:rPr>
          <w:b w:val="0"/>
          <w:i/>
          <w:sz w:val="16"/>
        </w:rPr>
        <w:t>(должность, подразделение, фамилия, имя, отчество работника)</w:t>
      </w:r>
    </w:p>
    <w:p>
      <w:pPr>
        <w:spacing w:after="240"/>
        <w:jc w:val="center"/>
      </w:pPr>
      <w:r>
        <w:rPr>
          <w:b/>
          <w:i w:val="0"/>
          <w:sz w:val="24"/>
        </w:rPr>
        <w:t>ЗАЯВЛЕНИЕ</w:t>
      </w:r>
    </w:p>
    <w:p>
      <w:pPr>
        <w:spacing w:after="280"/>
        <w:jc w:val="both"/>
      </w:pPr>
      <w:r>
        <w:rPr>
          <w:b w:val="0"/>
          <w:i w:val="0"/>
          <w:sz w:val="24"/>
        </w:rPr>
        <w:t>прошу предоставить мне ежегодный оплачиваемый отпуск продолжительностью ____ календарных дней с «____» __________ 20____ г.</w:t>
      </w:r>
    </w:p>
    <w:p>
      <w:pPr>
        <w:spacing w:after="0"/>
      </w:pPr>
      <w:r>
        <w:rPr>
          <w:b w:val="0"/>
          <w:i w:val="0"/>
          <w:sz w:val="22"/>
        </w:rPr>
        <w:t>«____» __________ 20____ г.        ____________ / ______________________</w:t>
      </w:r>
    </w:p>
    <w:p>
      <w:pPr>
        <w:spacing w:after="160"/>
      </w:pPr>
      <w:r>
        <w:rPr>
          <w:b w:val="0"/>
          <w:i/>
          <w:sz w:val="16"/>
        </w:rPr>
        <w:t xml:space="preserve">                                                          подпись                            расшифровка</w:t>
      </w:r>
    </w:p>
    <w:p>
      <w:pPr>
        <w:spacing w:after="200"/>
        <w:jc w:val="both"/>
      </w:pPr>
      <w:r>
        <w:rPr>
          <w:b w:val="0"/>
          <w:i/>
          <w:sz w:val="18"/>
        </w:rPr>
        <w:t>Основание: ст. 114, 122 ТК РФ. Отпуск вне графика предоставляется по соглашению с работодателем.</w:t>
      </w:r>
    </w:p>
    <w:p>
      <w:r>
        <w:br w:type="page"/>
      </w:r>
    </w:p>
    <w:p>
      <w:pPr>
        <w:spacing w:after="160"/>
      </w:pPr>
      <w:r>
        <w:rPr>
          <w:b/>
          <w:i w:val="0"/>
          <w:sz w:val="24"/>
        </w:rPr>
        <w:t>2. Отпуск без сохранения заработной платы</w:t>
      </w:r>
    </w:p>
    <w:p>
      <w:pPr>
        <w:spacing w:after="0"/>
        <w:jc w:val="right"/>
      </w:pPr>
      <w:r>
        <w:rPr>
          <w:b w:val="0"/>
          <w:i w:val="0"/>
          <w:sz w:val="22"/>
        </w:rPr>
        <w:t>Руководителю ______________________________</w:t>
      </w:r>
    </w:p>
    <w:p>
      <w:pPr>
        <w:spacing w:after="0"/>
        <w:jc w:val="right"/>
      </w:pPr>
      <w:r>
        <w:rPr>
          <w:b w:val="0"/>
          <w:i/>
          <w:sz w:val="16"/>
        </w:rPr>
        <w:t>(наименование организации)</w:t>
      </w:r>
    </w:p>
    <w:p>
      <w:pPr>
        <w:spacing w:after="0"/>
        <w:jc w:val="right"/>
      </w:pPr>
      <w:r>
        <w:rPr>
          <w:b w:val="0"/>
          <w:i w:val="0"/>
          <w:sz w:val="22"/>
        </w:rPr>
        <w:t>______________________________</w:t>
      </w:r>
    </w:p>
    <w:p>
      <w:pPr>
        <w:spacing w:after="0"/>
        <w:jc w:val="right"/>
      </w:pPr>
      <w:r>
        <w:rPr>
          <w:b w:val="0"/>
          <w:i/>
          <w:sz w:val="16"/>
        </w:rPr>
        <w:t>(должность, фамилия, инициалы руководителя)</w:t>
      </w:r>
    </w:p>
    <w:p>
      <w:pPr>
        <w:spacing w:after="0"/>
        <w:jc w:val="right"/>
      </w:pPr>
      <w:r>
        <w:rPr>
          <w:b w:val="0"/>
          <w:i w:val="0"/>
          <w:sz w:val="22"/>
        </w:rPr>
        <w:t>от ______________________________</w:t>
      </w:r>
    </w:p>
    <w:p>
      <w:pPr>
        <w:spacing w:after="280"/>
        <w:jc w:val="right"/>
      </w:pPr>
      <w:r>
        <w:rPr>
          <w:b w:val="0"/>
          <w:i/>
          <w:sz w:val="16"/>
        </w:rPr>
        <w:t>(должность, подразделение, фамилия, имя, отчество работника)</w:t>
      </w:r>
    </w:p>
    <w:p>
      <w:pPr>
        <w:spacing w:after="240"/>
        <w:jc w:val="center"/>
      </w:pPr>
      <w:r>
        <w:rPr>
          <w:b/>
          <w:i w:val="0"/>
          <w:sz w:val="24"/>
        </w:rPr>
        <w:t>ЗАЯВЛЕНИЕ</w:t>
      </w:r>
    </w:p>
    <w:p>
      <w:pPr>
        <w:spacing w:after="280"/>
        <w:jc w:val="both"/>
      </w:pPr>
      <w:r>
        <w:rPr>
          <w:b w:val="0"/>
          <w:i w:val="0"/>
          <w:sz w:val="24"/>
        </w:rPr>
        <w:t>прошу предоставить мне отпуск без сохранения заработной платы продолжительностью ____ календарных дней с «____» __________ 20____ г. по семейным обстоятельствам: ____________________________________________.</w:t>
      </w:r>
    </w:p>
    <w:p>
      <w:pPr>
        <w:spacing w:after="0"/>
      </w:pPr>
      <w:r>
        <w:rPr>
          <w:b w:val="0"/>
          <w:i w:val="0"/>
          <w:sz w:val="22"/>
        </w:rPr>
        <w:t>«____» __________ 20____ г.        ____________ / ______________________</w:t>
      </w:r>
    </w:p>
    <w:p>
      <w:pPr>
        <w:spacing w:after="160"/>
      </w:pPr>
      <w:r>
        <w:rPr>
          <w:b w:val="0"/>
          <w:i/>
          <w:sz w:val="16"/>
        </w:rPr>
        <w:t xml:space="preserve">                                                          подпись                            расшифровка</w:t>
      </w:r>
    </w:p>
    <w:p>
      <w:pPr>
        <w:spacing w:after="200"/>
        <w:jc w:val="both"/>
      </w:pPr>
      <w:r>
        <w:rPr>
          <w:b w:val="0"/>
          <w:i/>
          <w:sz w:val="18"/>
        </w:rPr>
        <w:t>Основание: ст. 128 ТК РФ. В общем случае предоставляется по соглашению сторон; для отдельных категорий работников — в обязательном порядке.</w:t>
      </w:r>
    </w:p>
    <w:p>
      <w:r>
        <w:br w:type="page"/>
      </w:r>
    </w:p>
    <w:p>
      <w:pPr>
        <w:spacing w:after="160"/>
      </w:pPr>
      <w:r>
        <w:rPr>
          <w:b/>
          <w:i w:val="0"/>
          <w:sz w:val="24"/>
        </w:rPr>
        <w:t>3. Отпуск с последующим увольнением</w:t>
      </w:r>
    </w:p>
    <w:p>
      <w:pPr>
        <w:spacing w:after="0"/>
        <w:jc w:val="right"/>
      </w:pPr>
      <w:r>
        <w:rPr>
          <w:b w:val="0"/>
          <w:i w:val="0"/>
          <w:sz w:val="22"/>
        </w:rPr>
        <w:t>Руководителю ______________________________</w:t>
      </w:r>
    </w:p>
    <w:p>
      <w:pPr>
        <w:spacing w:after="0"/>
        <w:jc w:val="right"/>
      </w:pPr>
      <w:r>
        <w:rPr>
          <w:b w:val="0"/>
          <w:i/>
          <w:sz w:val="16"/>
        </w:rPr>
        <w:t>(наименование организации)</w:t>
      </w:r>
    </w:p>
    <w:p>
      <w:pPr>
        <w:spacing w:after="0"/>
        <w:jc w:val="right"/>
      </w:pPr>
      <w:r>
        <w:rPr>
          <w:b w:val="0"/>
          <w:i w:val="0"/>
          <w:sz w:val="22"/>
        </w:rPr>
        <w:t>______________________________</w:t>
      </w:r>
    </w:p>
    <w:p>
      <w:pPr>
        <w:spacing w:after="0"/>
        <w:jc w:val="right"/>
      </w:pPr>
      <w:r>
        <w:rPr>
          <w:b w:val="0"/>
          <w:i/>
          <w:sz w:val="16"/>
        </w:rPr>
        <w:t>(должность, фамилия, инициалы руководителя)</w:t>
      </w:r>
    </w:p>
    <w:p>
      <w:pPr>
        <w:spacing w:after="0"/>
        <w:jc w:val="right"/>
      </w:pPr>
      <w:r>
        <w:rPr>
          <w:b w:val="0"/>
          <w:i w:val="0"/>
          <w:sz w:val="22"/>
        </w:rPr>
        <w:t>от ______________________________</w:t>
      </w:r>
    </w:p>
    <w:p>
      <w:pPr>
        <w:spacing w:after="280"/>
        <w:jc w:val="right"/>
      </w:pPr>
      <w:r>
        <w:rPr>
          <w:b w:val="0"/>
          <w:i/>
          <w:sz w:val="16"/>
        </w:rPr>
        <w:t>(должность, подразделение, фамилия, имя, отчество работника)</w:t>
      </w:r>
    </w:p>
    <w:p>
      <w:pPr>
        <w:spacing w:after="240"/>
        <w:jc w:val="center"/>
      </w:pPr>
      <w:r>
        <w:rPr>
          <w:b/>
          <w:i w:val="0"/>
          <w:sz w:val="24"/>
        </w:rPr>
        <w:t>ЗАЯВЛЕНИЕ</w:t>
      </w:r>
    </w:p>
    <w:p>
      <w:pPr>
        <w:spacing w:after="280"/>
        <w:jc w:val="both"/>
      </w:pPr>
      <w:r>
        <w:rPr>
          <w:b w:val="0"/>
          <w:i w:val="0"/>
          <w:sz w:val="24"/>
        </w:rPr>
        <w:t>прошу предоставить мне неиспользованный ежегодный оплачиваемый отпуск продолжительностью ____ календарных дней с «____» __________ 20____ г. с последующим увольнением по собственному желанию.</w:t>
      </w:r>
    </w:p>
    <w:p>
      <w:pPr>
        <w:spacing w:after="0"/>
      </w:pPr>
      <w:r>
        <w:rPr>
          <w:b w:val="0"/>
          <w:i w:val="0"/>
          <w:sz w:val="22"/>
        </w:rPr>
        <w:t>«____» __________ 20____ г.        ____________ / ______________________</w:t>
      </w:r>
    </w:p>
    <w:p>
      <w:pPr>
        <w:spacing w:after="160"/>
      </w:pPr>
      <w:r>
        <w:rPr>
          <w:b w:val="0"/>
          <w:i/>
          <w:sz w:val="16"/>
        </w:rPr>
        <w:t xml:space="preserve">                                                          подпись                            расшифровка</w:t>
      </w:r>
    </w:p>
    <w:p>
      <w:pPr>
        <w:spacing w:after="200"/>
        <w:jc w:val="both"/>
      </w:pPr>
      <w:r>
        <w:rPr>
          <w:b w:val="0"/>
          <w:i/>
          <w:sz w:val="18"/>
        </w:rPr>
        <w:t>Основание: ст. 127 ТК РФ. Днём увольнения считается последний день отпуска; не применяется при увольнении за виновные действия.</w:t>
      </w:r>
    </w:p>
    <w:p>
      <w:r>
        <w:br w:type="page"/>
      </w:r>
    </w:p>
    <w:p>
      <w:pPr>
        <w:spacing w:after="160"/>
      </w:pPr>
      <w:r>
        <w:rPr>
          <w:b/>
          <w:i w:val="0"/>
          <w:sz w:val="24"/>
        </w:rPr>
        <w:t>4. Перенос отпуска</w:t>
      </w:r>
    </w:p>
    <w:p>
      <w:pPr>
        <w:spacing w:after="0"/>
        <w:jc w:val="right"/>
      </w:pPr>
      <w:r>
        <w:rPr>
          <w:b w:val="0"/>
          <w:i w:val="0"/>
          <w:sz w:val="22"/>
        </w:rPr>
        <w:t>Руководителю ______________________________</w:t>
      </w:r>
    </w:p>
    <w:p>
      <w:pPr>
        <w:spacing w:after="0"/>
        <w:jc w:val="right"/>
      </w:pPr>
      <w:r>
        <w:rPr>
          <w:b w:val="0"/>
          <w:i/>
          <w:sz w:val="16"/>
        </w:rPr>
        <w:t>(наименование организации)</w:t>
      </w:r>
    </w:p>
    <w:p>
      <w:pPr>
        <w:spacing w:after="0"/>
        <w:jc w:val="right"/>
      </w:pPr>
      <w:r>
        <w:rPr>
          <w:b w:val="0"/>
          <w:i w:val="0"/>
          <w:sz w:val="22"/>
        </w:rPr>
        <w:t>______________________________</w:t>
      </w:r>
    </w:p>
    <w:p>
      <w:pPr>
        <w:spacing w:after="0"/>
        <w:jc w:val="right"/>
      </w:pPr>
      <w:r>
        <w:rPr>
          <w:b w:val="0"/>
          <w:i/>
          <w:sz w:val="16"/>
        </w:rPr>
        <w:t>(должность, фамилия, инициалы руководителя)</w:t>
      </w:r>
    </w:p>
    <w:p>
      <w:pPr>
        <w:spacing w:after="0"/>
        <w:jc w:val="right"/>
      </w:pPr>
      <w:r>
        <w:rPr>
          <w:b w:val="0"/>
          <w:i w:val="0"/>
          <w:sz w:val="22"/>
        </w:rPr>
        <w:t>от ______________________________</w:t>
      </w:r>
    </w:p>
    <w:p>
      <w:pPr>
        <w:spacing w:after="280"/>
        <w:jc w:val="right"/>
      </w:pPr>
      <w:r>
        <w:rPr>
          <w:b w:val="0"/>
          <w:i/>
          <w:sz w:val="16"/>
        </w:rPr>
        <w:t>(должность, подразделение, фамилия, имя, отчество работника)</w:t>
      </w:r>
    </w:p>
    <w:p>
      <w:pPr>
        <w:spacing w:after="240"/>
        <w:jc w:val="center"/>
      </w:pPr>
      <w:r>
        <w:rPr>
          <w:b/>
          <w:i w:val="0"/>
          <w:sz w:val="24"/>
        </w:rPr>
        <w:t>ЗАЯВЛЕНИЕ</w:t>
      </w:r>
    </w:p>
    <w:p>
      <w:pPr>
        <w:spacing w:after="280"/>
        <w:jc w:val="both"/>
      </w:pPr>
      <w:r>
        <w:rPr>
          <w:b w:val="0"/>
          <w:i w:val="0"/>
          <w:sz w:val="24"/>
        </w:rPr>
        <w:t>прошу перенести мой ежегодный оплачиваемый отпуск, запланированный графиком отпусков на «____» __________ 20____ г., на период с «____» __________ 20____ г. в связи с ____________________________________.</w:t>
      </w:r>
    </w:p>
    <w:p>
      <w:pPr>
        <w:spacing w:after="0"/>
      </w:pPr>
      <w:r>
        <w:rPr>
          <w:b w:val="0"/>
          <w:i w:val="0"/>
          <w:sz w:val="22"/>
        </w:rPr>
        <w:t>«____» __________ 20____ г.        ____________ / ______________________</w:t>
      </w:r>
    </w:p>
    <w:p>
      <w:pPr>
        <w:spacing w:after="160"/>
      </w:pPr>
      <w:r>
        <w:rPr>
          <w:b w:val="0"/>
          <w:i/>
          <w:sz w:val="16"/>
        </w:rPr>
        <w:t xml:space="preserve">                                                          подпись                            расшифровка</w:t>
      </w:r>
    </w:p>
    <w:p>
      <w:pPr>
        <w:spacing w:after="200"/>
        <w:jc w:val="both"/>
      </w:pPr>
      <w:r>
        <w:rPr>
          <w:b w:val="0"/>
          <w:i/>
          <w:sz w:val="18"/>
        </w:rPr>
        <w:t>Основание: ст. 124 ТК РФ. Работодатель обязан перенести отпуск, если отпускные выплачены несвоевременно или работник извещён о начале отпуска менее чем за две недели.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